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3579: 公路（road） [CSP-J 2023]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2023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小苞准备开着车沿着公路自驾。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公路上一共有 n 个站点，编号为从 1 到 n。其中站点 i 与站点 i + 1 的距离为 v_i 公里。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公路上每个站点都可以加油，编号为 i 的站点一升油的价格为 a_i 元，且每个站点只出售整数升的油。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小苞想从站点 1 开车到站点 n，一开始小苞在站点 1 且车的油箱是空的。已知车的油箱足够大，可以装下任意多的油，且每升油可以让车前进 d 公里。问小苞从站点 1 开到站点 n，至少要花多少钱加油？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n 和 d，分别表示公路上站点的数量和车每升油可以前进的距离。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 n - 1 个正整数 v_1, v_2⋯ v_{n-1}，分别表示站点间的距离。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输入的第三行包含 n 个正整数 a_1, a_2 ⋯ a_n，分别表示在不同站点加油的价格。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输出一行，仅包含一个正整数，表示从站点 1 开到站点 n，小苞至少要花多少钱加油。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最优方案下：小苞在站点 1 买了 3 升油，在站点 2 购买了 5 升油，在站点 4 购买了 2 升油。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对于所有测试数据保证：1 ≤q n ≤q 10^5，1 ≤q d ≤q 10^5，1 ≤q v_i ≤q 10^5，1 ≤q a_i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测试点n ≤q特殊性质1∼ 58无6∼ 1010^3无11∼ 1310^5A14∼ 1610^5B17∼ 2010^5无特殊性质 A：站点 1 的油价最低。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B：对于所有 1 ≤q i &lt; n，v_i 为 d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