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3498: 程序分析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江苏省赛2023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程序分析技术是一种用于理解和改进计算机程序的方法。它可以帮助我们找出程序中的错误、提高程序的性能、优化代码结构等。其中，静态分析技术在不运行程序的情况下对程序代码进行分析。它可以检查代码的语法、风格、潜在错误等。例如，静态分析可以帮助我们找出程序中未使用的变量、可能的数组越界等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小小设计了一个自己的编程语言，并命名为 X 语言。你能为它设计一个静态分析器吗？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语言程序中只有两个整型变量 x 和 y，且无需定义，可以直接使用。变量 x 的值从程序外输入 (输入值可以是任何 C++ int 范围内的值)，y 的初始值是 0。一个 X 语言程序由若干行组成，每行恰好包含一条命令，是以下三种命令之一：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条件分支：if (条件) {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对 y 赋值：y = 数字;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条件结束：}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其中，“条件” 要么是 “x &gt; 数字”，要么是 “x &lt; 数字”。赋值语句和条件中的 “数字” 都是 1 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1,000,000,000 之间的常数。if 和赋值的含义同 C++ 语言中的条件和赋值语句。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请你编写一个静态分析器，分析一个 X 语言程序执行结束时，所有可能的 y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输入数据第一行为整数 n，代表程序的行数。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行，每行一个命令，描述了一个合法的 X 语言程序：输入的程序保证括号配对，且符合问题描述中的约定。为了便于大家解析 (例如用 cin 或 scanf 读入)，输入程序中的 if 后、{ 前、=、&lt;、&gt;  左右都恰好有一个空格，行首可能有若干空格缩进。除此之外，输入不含多余的空格或空白字符。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输出一行，从小到大不重复地输出程序结束时，变量 y 所有可能的值。数字之间由一个空格隔开。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if (x &gt; 1) {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y = 2;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if (x &gt; 10) {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y = 1;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y = 4;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if (x &lt; 5) {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y = 3;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}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}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0 2 4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n ≤ 1, 000。输入数据的每行都不超过 1, 000 个字符。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