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3488: 工作沟通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3488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GESP六级LCA树23年12月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109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GESP23年12月六级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某公司有 N 名员工，编号从 0 至 N-1。其中，除了 0 号员工是老板，其余每名员工都有一个直接领导。我们假设编号为 i 的员工的直接领导是 f_i。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该公司有严格的管理制度，每位员工只能受到本人或本人直接领导或间接领导的管理。具体来说，规定员工 x 可以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管理员工 y，当且仅当 x=y，或 x=f_y，或 x 可以管理 f_y 。特别地，0 号员工老板只能自我管理，无法由其他任何员工管理。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现在，有一些同事要开展合作，他们希望找到一位同事来主持这场合作，这位同事必须能够管理参与合作的所有同事。如果有多名满足这一条件的员工，他们希望找到编号最大的员工。你能帮帮他们吗？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第一行一个整数 N，表示员工的数量。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 N-1 个用空格隔开的正整数，依次为 f_1,f_2,...,f _ {N-1}。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第三行一个整数 Q，表示共有 Q 场合作需要安排。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Q 行，每行描述一场合作：开头是一个整数 m （ 2 ≤q m ≤q N  ），表示参与本次合作的员工数量；接着是 m 个整数，依次表示参与本次合作的员工编号（保证编号合法且不重复）。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保证公司结构合法，即不存在任意一名员工，其本人是自己的直接或间接领导。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Q 行，每行一个整数，依次为每场合作的主持人选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【样例1解释】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对于第一场合作，员工  3,4  有共同领导 2 ，可以主持合作。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对于第二场合作，员工 2 本人即可以管理所有参与者。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对于第三场合作，只有 0 号老板才能管理所有员工。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【数据规模】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 50 % 的测试点，保证  N ≤q 50。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对于所有测试点，保证 3 ≤q N ≤q 300； Q ≤q 100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