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3485: 小杨的幸运数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GESP五级筛素数数学23年12月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小杨认为，所有大于等于 a 的完全平方数都是他的超级幸运数。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小杨还认为，所有超级幸运数的倍数都是他的幸运数。自然地，小杨的所有超级幸运数也都是幸运数。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对于一个非幸运数，小杨规定，可以将它一直 +1，直到它变成一个幸运数。我们把这个过程叫做幸运化。例如，如果 a = 4 ，那么 4 是最小的幸运数，而  1 不是，但我们可以连续对 1 做 3 次 +1 操作，使其变为 4，所以我们可以说，1 幸运化后的结果是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现在，小样给出 N 个数，请你首先判断它们是不是幸运数；接着，对于非幸运数，请你将它们幸运化。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个正整数 a,N。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行，每行一个正整数 x，表示需要判断（幸运化）的数。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 N  行，对于每个给定的 x，如果它是幸运数，请输出 lucky ，否则请输出将其幸运化后的结果。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虽然是完全平方数，但它小于 a，因此它并不是超级幸运数，也不是幸运数。将其进行  3  次  +1  操作后，最终得到幸运数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是幸运数，因此直接输出 lucky。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不是幸运数，将其进行 3 次 +1 操作后，最终得到幸运数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是幸运数，因此直接输出 lucky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30 % 的测试点，保证 a，x ≤q 100, N ≤q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60 % 的测试点，保证  a,x ≤q 10^6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a ≤q 1,000,001 ；保证  N ≤q 2 × 10^5 ；保证  1 ≤q x ≤q 1,000,001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