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3482: 单位转换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GESP三级字符串23年12月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小杨这周的数学作业是做单位转换，喜欢编程的小杨决定编程帮他解决这些问题。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小杨只学了长度单位和重量单位，具体来说：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长度单位包括千米（km）、米（m）、毫米（mm），它们之间的关系是：1km = 1000m = 1000000mm。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重量单位包括千克（kg）、克（g）、毫克（mg），它们之间的关系是：1kg = 1000g = 1000000mg。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小杨的作业只涉及将更大的单位转换为更小的单位，也就是说，小杨的作业只会包含如下题型：米转换为毫米，千米转换为毫米，千米转换为米，克转换为毫克，千克转换为毫克，千克转换为克。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现在，请你帮忙完成单位转换的程序。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行，每行一个字符串，表示转换单位的题目，格式为 x 单位 1 = ? 单位 2。其中，x 为一个不超过 1000 的非负整数， 单位 1 和 单位 2 分别为两个单位的英文缩写，保证它们都是长度单位或都是重量单位，且 单位 1 比 单位 2 更大。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例如，如果题目需要你将 1km 转换为 mm，则输入为 1 km = ? mm。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1≤ N ≤ 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行，依次输出所有题目的答案，输出时，只需要将输入中的 ? 代入答案，其余部分一字不差地输出即可。由于小杨的题目只涉及将更大的单位转换为更小的单位，并且输入的 x 是整数，因此答案一定也是整数。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例如，如果题目需要你将 1km 转换为 mm，则输入为 1 km = ? mm。则你需要输出 1 km = 1000000 mm。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≤q N ≤q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