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3478: 小杨报数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GESP一级基础23年12月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小杨需要从 1 到 N 报数。在报数过程中，小杨希望跳过 M 的倍数。例如，如果 N = 5，M = 2 ，那么小杨就需要依次报出 1、3 、5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现在，请你依次输出小杨报的数。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2 行，第一行一个整数 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第二行一个整数 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输出若干行，依次表示小杨报的数。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N ≤q 1000;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≤q M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【提醒】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在常规程序中，输入、输出时提供提示是好习惯。但在本场考试中，由于系统限定，请不要在输入、输出中附带任何提示信息。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