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3405: 因数分解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GESP五级唯一分解定理23年9月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每个正整数都可以分解成素数的乘积，例如： 6 = 2 × 3、20 = 2^2 ×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现在，给定一个正整数 N，请按要求输出它的因数分解式。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输入第一行，包含一个正整数 N 。约定 2 ≤q N ≤q 10^{12}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输出一行，为 N 的因数分解式。要求按质因数由小到大排列，乘号用星号 * 表示，且左右各空一格。当且仅当一个素数出现多次时，将它们合并为指数形式，用上箭头 ^表示，且左右不空格。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