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3401: 小杨的X字矩阵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3401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嵌套循环GESP二级23年9月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2648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GESP23年9月二级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小杨想要构造一个 N × N 的 X 字矩阵（N 为奇数），这个矩阵的两条对角线都是半角加号 + ，其余都是半角减号 - 。例如，一个  5 × 5 的 X 字矩阵如下：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+---+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-+-+-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--+--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-+-+-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+---+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请你帮小杨根据给定的 N 打印出对应的“ X 字矩阵”。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一行一个整数 N （ 5 ≤q N ≤q 49，保证 N 为奇数）。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输出对应的“X 字矩阵”。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请严格按格式要求输出，不要擅自添加任何空格、标点、空行等任何符号。你应该恰好输出 N 行，每行除了换行符外恰好包含 N 个字符，这些字符要么是 + ，要么是 -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在常规程序中，输入、输出时提供提示是好习惯。但在本场考试中，由于系统限定，请不要在输入、输出中附带任何提示信息。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