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3369: 亲朋数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GESPGESP样题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GESP样题六级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给定一串长度为 L、由数字  0 - 9  组成的数字串 S 。容易知道，它的连续子串共有  (L(L+1))/(2) 个。如果某个子串对应的数（允许有前导零）是 p 的倍数，则称该子串为数字串 S 对于 p 的亲朋数。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例如，数字串 S 为 “12342”、p为 2，则在 15 个连续子串中，亲朋数有 “12”、“1234”、“12342”、“2”、“234”、“2342”、“34”、“342”、“4”、“42”、“2” 等共 11 个。注意其中 “2” 出现了 2 次，但由于其在 S 中的位置不同，记为不同的亲朋数。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现在，告诉你数字串 S 和正整数 p，你能计算出有多少个亲朋数吗？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输入的第一行，包含一个正整数 p。约定  2 ≤ p ≤ 128。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输入的第二行，包含一个长为 L 的数字串S。约定 1 ≤ L ≤ 10^6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输出一行，包含一个正整数 C，表示亲朋数的个数。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个亲朋数，分别为 “10”、“102”、“0”、“02”、“2”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