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3368: 下楼梯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GESP六级递推GESP样题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顽皮的小明发现，下楼梯时每步可以走 1 个台阶、2 个台阶或 3 个台阶。现在一共有 N 个台阶，你能帮小明算算有多少种方案吗？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输入一行，包含一个整数 N。约定  1 ≤q N ≤q 60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输出一行，包含一个整数，表示方案数。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