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3366: 小杨的锻炼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GESP五级数组辗转相除法GESP样题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小杨的班级里共有 N 名同学，每位同学都有各自的锻炼习惯。具体来说，第 i 位同学每隔 a_i 天就会进行一次锻炼（也就是说，每次锻炼会在上一次锻炼的 a_i 天后进行）。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某一天，班上的 N 名同学恰好都来进行了锻炼。他们对此兴奋不已，想要计算出下一次所有同学都来锻炼，至少要过多少天。但他们不会计算，你能帮帮他们吗？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N，表示同学的数量。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个用空格隔开的正整数。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输出一个整数，表示下一次所有同学都来锻炼，至少要过多少天。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 1】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第一位同学每天都锻炼；第二位同学每 2 天锻炼一次；第三位同学每 3 天锻炼一次。因此，6 天之后，三位同学都会进行锻炼。在此之前，第二位同学只会在第 2, 4 天进行锻炼，第三位同学只会在第 3 天进行锻炼，他们都无法相遇。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 2】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第四位同学每 16 天锻炼一次，而第 16 天后也恰好是前三位同学锻炼的日子。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【数据规模】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的测试点，保证  N =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的测试点，保证  N ≤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2 ≤ N ≤ 10 ，  1 ≤ a_i ≤  50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