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3356: 闰年的数量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循环GESP一级GESP样题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小明刚刚学习了如何判断平年和闰年，他想知道两个年份之间（包含起始年份和终止年份）有几个闰年。你能帮帮他吗？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输入一行，包含两个整数，分别表示起始年份和终止年份。约定年份在 1 到 2022 之间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输出一行，包含一个整数，表示闰年的数量。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