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3355: 时间换算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分支GESP一级GESP样题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GESP样题一级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小明刚刚学习了小时、分和秒的换算关系。他想知道一个给定的时刻是这一天的第几秒，你能编写一个程序帮帮他吗？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输入一行，包含三个整数和一个字符。三个整数分别表示时刻的时、分、秒；字符有两种取值，大写字母 A 表示上午，大写字母 P 表示下午。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输出一行，包含一个整数，表示输入时刻是当天的第几秒。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