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3350: 自幂数判断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循环短除法GESP二级23年6月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GESP2023年6月二级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自幂数是指，一个 N 位数，满足各位数字 N 次方之和是本身。例如，153 是 3 位数，其每位数的 3 次方之和，1^3 + 5^3 + 3^3 = 153 ，因此 153 是自幂数；1634 是 4 位数，其每位数的 4 次方之和，1^4 + 6^4 + 3^4 + 4^4 = 1634，因此 1634 是自幂数。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现在，输入若干个正整数，请判断它们是否是自幂数。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 1 行是一个正整数 M，表示有 M 个待判断的正整数。约定  1 ≤ M ≤ 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从第 2 行开始的 M 行，每行一个待判断的正整数。约定这些正整数均小于 10^8。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M 行，如果对应的待判断正整数为自幂数，则输出英文大写字母 T，否则输出英文大写字母 F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提示：不需要等到所有输入结束在依次输出，可以输入一个数就判断一个数并输出，再输入下一个数。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