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3349: 找素数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循环GESP二级23年6月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2458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GESP23年6月二级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小明刚刚学习了素数的概念：如果一个大于 1 的正整数，除了 1 和它自身外，不能被其他正整数整除，则这个正整数是素数。现在，小明想找到两个正整数 A 和 B 之间（包括A 和 B）有多少个素数？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2 行，第一行包含正整数 A，第二行包含正整数 B。约定  2 ≤ A ≤ B ≤ 1000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输出一行，包含一个整数 C，表示找到 C 个素数。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 2 和 10 之间有 4 个素数，分别为：2、3、5、7。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