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3347: 时间规划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基础GESP一级23年6月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GESP2023年6月一级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小明在为自己规划学习时间。现在他想知道两个时刻之间有多少分钟，你能通过编程帮他做到吗？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4 行，第一行为开始时刻的小时，第二行为开始时刻的分钟，第三行为结束时刻的小时，第四行为结束时刻的分钟。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输入保证两个时刻是同一天，开始时刻一定在结束时刻之前。时刻使用 24 小时制，即小时在 0 到 23 之间，分钟在 0 到 59 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输出一行，包含一个整数，从开始时刻到结束时刻之间有多少分钟。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