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3343: 每月天数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3343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分支GESP一级23年3月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3123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GESP23年3月一级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小明刚刚学习了每月有多少天，以及如何判断平年和闰年，想到可以使用编程方法求出给定的月份有多少天。你能做到吗？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输入一行，包含两个整数，分别表示一个日期的年、月。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输出一行，包含一个整数，表示输入月份有多少天。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