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3224: 画圣诞树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3224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同学们已经学会了很多图形的打印，小王老师决定提高难度，于是他找来一颗如下的圣诞树图形，希望同学们利用所学打印出该图形。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20226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g4t534f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20226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按照图形输出。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</w:t>
      </w:r>
    </w:p>
    <w:p>
      <w:pPr>
        <w:spacing w:before="40" w:after="40"/>
        <w:ind w:left="1728"/>
      </w:pPr>
      <w:r>
        <w:rPr>
          <w:rFonts w:ascii="Consolas" w:hAnsi="Consolas"/>
          <w:sz w:val="18"/>
        </w:rPr>
        <w:t xml:space="preserve">       ***</w:t>
      </w:r>
    </w:p>
    <w:p>
      <w:pPr>
        <w:spacing w:before="40" w:after="40"/>
        <w:ind w:left="1584"/>
      </w:pPr>
      <w:r>
        <w:rPr>
          <w:rFonts w:ascii="Consolas" w:hAnsi="Consolas"/>
          <w:sz w:val="18"/>
        </w:rPr>
        <w:t xml:space="preserve">      *****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*</w:t>
      </w:r>
    </w:p>
    <w:p>
      <w:pPr>
        <w:spacing w:before="40" w:after="40"/>
        <w:ind w:left="1728"/>
      </w:pPr>
      <w:r>
        <w:rPr>
          <w:rFonts w:ascii="Consolas" w:hAnsi="Consolas"/>
          <w:sz w:val="18"/>
        </w:rPr>
        <w:t xml:space="preserve">       ***</w:t>
      </w:r>
    </w:p>
    <w:p>
      <w:pPr>
        <w:spacing w:before="40" w:after="40"/>
        <w:ind w:left="1584"/>
      </w:pPr>
      <w:r>
        <w:rPr>
          <w:rFonts w:ascii="Consolas" w:hAnsi="Consolas"/>
          <w:sz w:val="18"/>
        </w:rPr>
        <w:t xml:space="preserve">      *****</w:t>
      </w:r>
    </w:p>
    <w:p>
      <w:pPr>
        <w:spacing w:before="40" w:after="40"/>
        <w:ind w:left="1440"/>
      </w:pPr>
      <w:r>
        <w:rPr>
          <w:rFonts w:ascii="Consolas" w:hAnsi="Consolas"/>
          <w:sz w:val="18"/>
        </w:rPr>
        <w:t xml:space="preserve">     *******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*********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*</w:t>
      </w:r>
    </w:p>
    <w:p>
      <w:pPr>
        <w:spacing w:before="40" w:after="40"/>
        <w:ind w:left="1728"/>
      </w:pPr>
      <w:r>
        <w:rPr>
          <w:rFonts w:ascii="Consolas" w:hAnsi="Consolas"/>
          <w:sz w:val="18"/>
        </w:rPr>
        <w:t xml:space="preserve">       ***</w:t>
      </w:r>
    </w:p>
    <w:p>
      <w:pPr>
        <w:spacing w:before="40" w:after="40"/>
        <w:ind w:left="1584"/>
      </w:pPr>
      <w:r>
        <w:rPr>
          <w:rFonts w:ascii="Consolas" w:hAnsi="Consolas"/>
          <w:sz w:val="18"/>
        </w:rPr>
        <w:t xml:space="preserve">      *****</w:t>
      </w:r>
    </w:p>
    <w:p>
      <w:pPr>
        <w:spacing w:before="40" w:after="40"/>
        <w:ind w:left="1440"/>
      </w:pPr>
      <w:r>
        <w:rPr>
          <w:rFonts w:ascii="Consolas" w:hAnsi="Consolas"/>
          <w:sz w:val="18"/>
        </w:rPr>
        <w:t xml:space="preserve">     *******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*********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***********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*************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***************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*****************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*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*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*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*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*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*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*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*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