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3222: 画矩形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3222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今天小王老师教大家一个数学概念：矩形。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矩形也叫长方形是有一个角是直角的平行。矩形是一种特殊的平行四边形，正方形是特殊的矩形。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请同学们利用所学打印一个 5 行 5 列的正方形。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行：每一行包含5个*号。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