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3220: 打印直线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3220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1232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请不要笑！用来适应环境的题目，帮助同学们更好的掌握基础结构。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请同学们利用所学，打印一条含有5个星号的直线。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无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1行：包含5个*号。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*****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