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3175: 巧分配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组在拔河。同学们不同意按人数平分，而是希望按体重平分成两组。根据小组人员的实际体重（自创计量单位），设计分配方案，使两组体重和的差距最小（两组人数可以不同）。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注意：本题有多组测试。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第一行为测试数据组数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针对每组测试数据：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n，表示小组总人数。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个正整数，中间用空格隔开，表示每个同学的体重。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每组测试数据输出一行：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一个非负整数，表示两组体重和的最小差距。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6 3 1 2 4 8 7 8 9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0 &lt; T &lt; 6，1 &lt; n &lt; 1000 ，所有人员体重和  ≤ 100000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