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3171: 重组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2023南京市“信息与未来”程序设计小能手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集合时，同学们发现老师们举着的不是熟悉的班牌，而是一些奇怪的数字。原来为了让同学们交到更多的朋友，在实践活动中所有师生重组编队。每位同学领取到一张写有一个 4 位数的卡片，同学们需要通过数位拆分将 4 个数字重组为两个数（可以有前导 0），两个数的最小和就是自己的队伍代号。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在规定时间内找到自己所在队伍的同学可以得到额外加分。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4 位整数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一个整数，表示队伍代号。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2380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可重组为 08 和 23，和为 31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输入的所有数据保证符合规则。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