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3157: 整数拆分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将整数 n 分成很多段，求它们的不超过 k 的和的最大值。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输入两个数，分别表示 n 和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如果最大值只有一种拆法，输出分段数相加及它们的和。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如果没有拆法，输出 none。如果有多种，输出 many。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n,k ≤q 10^9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