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3156: 小数化分数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2022南京市“信息与未来”程序设计小能手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给定一个小数，求它的最简分数表示。具体办法如下：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1、有限小数化分数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首先看小数点后面有几位数，如果是2位就除以100，是1位除以10，三位数除以1000，以此类推。然后分子和分母约分到不能再约分为止。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例如0.125 ，化成125/1000 再约分成 1/8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2、纯循环小数化分数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第一步：循环节有几位，就在分母上放几个9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第二步：把循环节部分完整地放在分子上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第三步：约分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例如：0.(3)，循环节部分为3  化成3/9 再约分成 1/3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3、混循环小数化分数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分母：由9和0组成，9的个数等于循环节长度，0的个数等于不循环的位数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分子：小数点后全部的数，减去不循环的部分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例如：0.1(2) ，循环节部分为2  非循环节部分为1  化成(12-1)/90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输入a.b(c)，表示整数部分为 a，小数不循环部分为 b，循环部分为 c。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该小数的最简分数。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的小数不超过 15 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