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3155: 停车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n 个正整数 a_1 , a_2 , … , a_n，要取出若干不相邻的数，求和的最大值。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个以空格隔开的数。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5 3 7 9 1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n ≤q 10^4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≤q a_i ≤q 10^5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