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3154: 偶遇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3154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2022南京市“信息与未来”程序设计小能手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给定两个人的坐标（都在围棋 19 × 19 棋盘的边界上），求第一个人沿着边界走几步能到达第二个人。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输入四个整数，分别表示第一个人的坐标 x_1,y_1 ，和第二个人的坐标 x_2,y_2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输出一个整数，表示第一个人沿着边界最少走几步能到达第二个人。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1 6 19 10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