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3153: 暗号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给定一个等差数列 a_i 的首项，第二项，末项，求和。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输入三个数，分别为等差数列的首项，第二项和末项。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如果该等差数列只有三项，输出  a_1 + a_2 + a_3 = s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超过三项只显示前两项和最后一项，中间用 ... 省略。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等号左侧的加数如果是负数要加()。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-10^5 ≤q a_i ≤q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≤q  等差数列的项数n ≤q 10^4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