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media/image1.jpg" ContentType="image/png"/>
  <Override PartName="/word/media/image2.jpg" ContentType="image/pn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3151: 动物园</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3151</w:t>
            </w:r>
          </w:p>
        </w:tc>
      </w:tr>
      <w:tr>
        <w:tc>
          <w:tcPr>
            <w:tcW w:type="dxa" w:w="4320"/>
          </w:tcPr>
          <w:p>
            <w:r>
              <w:t>标签</w:t>
            </w:r>
          </w:p>
        </w:tc>
        <w:tc>
          <w:tcPr>
            <w:tcW w:type="dxa" w:w="4320"/>
          </w:tcPr>
          <w:p>
            <w:r>
              <w:t>压状DP</w:t>
            </w:r>
          </w:p>
        </w:tc>
      </w:tr>
      <w:tr>
        <w:tc>
          <w:tcPr>
            <w:tcW w:type="dxa" w:w="4320"/>
          </w:tcPr>
          <w:p>
            <w:r>
              <w:t>难度</w:t>
            </w:r>
          </w:p>
        </w:tc>
        <w:tc>
          <w:tcPr>
            <w:tcW w:type="dxa" w:w="4320"/>
          </w:tcPr>
          <w:p>
            <w:r>
              <w:t>提高</w:t>
            </w:r>
          </w:p>
        </w:tc>
      </w:tr>
      <w:tr>
        <w:tc>
          <w:tcPr>
            <w:tcW w:type="dxa" w:w="4320"/>
          </w:tcPr>
          <w:p>
            <w:r>
              <w:t>正确</w:t>
            </w:r>
          </w:p>
        </w:tc>
        <w:tc>
          <w:tcPr>
            <w:tcW w:type="dxa" w:w="4320"/>
          </w:tcPr>
          <w:p>
            <w:r>
              <w:t>28</w:t>
            </w:r>
          </w:p>
        </w:tc>
      </w:tr>
      <w:tr>
        <w:tc>
          <w:tcPr>
            <w:tcW w:type="dxa" w:w="4320"/>
          </w:tcPr>
          <w:p>
            <w:r>
              <w:t>来源</w:t>
            </w:r>
          </w:p>
        </w:tc>
        <w:tc>
          <w:tcPr>
            <w:tcW w:type="dxa" w:w="4320"/>
          </w:tcPr>
          <w:p>
            <w:r>
              <w:t>APIO2007</w:t>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新建的圆形动物园是亚太地区的骄傲。圆形动物园坐落于太平洋的一个小岛上，包含一大圈围栏，每个围栏里有一</w:t>
      </w:r>
    </w:p>
    <w:p>
      <w:pPr>
        <w:spacing w:before="40" w:after="40"/>
        <w:ind w:left="720"/>
      </w:pPr>
      <w:r>
        <w:rPr>
          <w:rFonts w:ascii="Consolas" w:hAnsi="Consolas"/>
          <w:sz w:val="18"/>
        </w:rPr>
        <w:t>种动物。如下图所示：</w:t>
      </w:r>
    </w:p>
    <w:p>
      <w:pPr>
        <w:spacing w:before="40" w:after="40"/>
        <w:ind w:left="720"/>
      </w:pPr>
      <w:r>
        <w:rPr>
          <w:rFonts w:ascii="Consolas" w:hAnsi="Consolas"/>
          <w:sz w:val="18"/>
        </w:rPr>
      </w:r>
    </w:p>
    <w:p>
      <w:pPr>
        <w:spacing w:before="40" w:after="40"/>
        <w:ind w:left="720"/>
      </w:pPr>
      <w:r>
        <w:rPr>
          <w:rFonts w:ascii="Consolas" w:hAnsi="Consolas"/>
          <w:sz w:val="18"/>
        </w:rPr>
        <w:t>你是动物园的公共主管。你要做的是，让每个来动物园的人都尽可能高兴。今天有一群小朋友来动物园参观，你希望能让他们在动物园度过一段美好的时光。但这并不是一件容易的事——有的动物有一些小朋友喜欢，有的动物有一些小朋友害怕。如，Alex 喜欢可爱的猴子和考拉，而害怕拥牙齿锋利的狮子。而 Polly 会因狮子有美丽的鬃毛而喜欢它，但害怕有臭味的考拉。你可以选择将一些动物从围栏中移走以使得小朋友不会害怕。但你不能移走太多动物，否则小朋友们就没有动物可看了。每个小朋友站在大围栏圈的外面，可以看到连续的 5 个围栏。你得到了所有小朋友喜欢和害怕的动物信息。当下面两处情况之一发生时，小朋友就会高兴：</w:t>
      </w:r>
    </w:p>
    <w:p>
      <w:pPr>
        <w:spacing w:before="40" w:after="40"/>
        <w:ind w:left="720"/>
      </w:pPr>
      <w:r>
        <w:rPr>
          <w:rFonts w:ascii="Consolas" w:hAnsi="Consolas"/>
          <w:sz w:val="18"/>
        </w:rPr>
        <w:t>至少有一个他害怕的动物被移走。</w:t>
      </w:r>
    </w:p>
    <w:p>
      <w:pPr>
        <w:spacing w:before="40" w:after="40"/>
        <w:ind w:left="720"/>
      </w:pPr>
      <w:r>
        <w:rPr>
          <w:rFonts w:ascii="Consolas" w:hAnsi="Consolas"/>
          <w:sz w:val="18"/>
        </w:rPr>
      </w:r>
    </w:p>
    <w:p>
      <w:pPr>
        <w:spacing w:before="40" w:after="40"/>
        <w:ind w:left="720"/>
      </w:pPr>
      <w:r>
        <w:rPr>
          <w:rFonts w:ascii="Consolas" w:hAnsi="Consolas"/>
          <w:sz w:val="18"/>
        </w:rPr>
        <w:t>至少有一个他喜欢的动物没被移走。</w:t>
      </w:r>
    </w:p>
    <w:p>
      <w:pPr>
        <w:spacing w:before="40" w:after="40"/>
        <w:ind w:left="720"/>
      </w:pPr>
      <w:r>
        <w:rPr>
          <w:rFonts w:ascii="Consolas" w:hAnsi="Consolas"/>
          <w:sz w:val="18"/>
        </w:rPr>
      </w:r>
    </w:p>
    <w:p>
      <w:pPr>
        <w:spacing w:before="40" w:after="40"/>
        <w:ind w:left="720"/>
      </w:pPr>
      <w:r>
        <w:rPr>
          <w:rFonts w:ascii="Consolas" w:hAnsi="Consolas"/>
          <w:sz w:val="18"/>
        </w:rPr>
        <w:t>例如，考虑下图中的小朋友和动物：</w:t>
      </w:r>
    </w:p>
    <w:p>
      <w:pPr>
        <w:spacing w:before="40" w:after="40"/>
        <w:ind w:left="720"/>
      </w:pPr>
      <w:r>
        <w:rPr>
          <w:rFonts w:ascii="Consolas" w:hAnsi="Consolas"/>
          <w:sz w:val="18"/>
        </w:rPr>
      </w:r>
    </w:p>
    <w:p>
      <w:pPr>
        <w:spacing w:before="40" w:after="40"/>
        <w:ind w:left="720"/>
      </w:pPr>
      <w:r>
        <w:rPr>
          <w:rFonts w:ascii="Consolas" w:hAnsi="Consolas"/>
          <w:sz w:val="18"/>
        </w:rPr>
        <w:t>假如你将围栏 4 和 12 的动物移走。Alex 和 Ka-Shu 将很高兴，因为至少有一个他们害怕的动物被移走了。这也会使 Chaitanya 高兴，因为他喜欢的围栏  6 和 8 中的动物都保留了。但是，Polly 和 Hwan 将不高兴，因为他们看不到任何他们喜欢的动物，而他们害怕的动物都还在。这种安排方式使得三个小朋友高兴。</w:t>
      </w:r>
    </w:p>
    <w:p>
      <w:pPr>
        <w:spacing w:before="40" w:after="40"/>
        <w:ind w:left="720"/>
      </w:pPr>
      <w:r>
        <w:rPr>
          <w:rFonts w:ascii="Consolas" w:hAnsi="Consolas"/>
          <w:sz w:val="18"/>
        </w:rPr>
      </w:r>
    </w:p>
    <w:p>
      <w:pPr>
        <w:spacing w:before="40" w:after="40"/>
        <w:ind w:left="720"/>
      </w:pPr>
      <w:r>
        <w:rPr>
          <w:rFonts w:ascii="Consolas" w:hAnsi="Consolas"/>
          <w:sz w:val="18"/>
        </w:rPr>
        <w:t>现在，换一种方法，如果你将围栏 4 和 6 中的动物移走，Alex 和 Polly 将很高兴，因为他们害怕的动物被移走了。Chaitanya 也会高兴，虽然他喜欢的动物 6 被移走了，他仍可以看到围栏 8 里面他喜欢的动物。同样的 Hwan 也会因可以看到自己喜欢的动物 12 而高兴。唯一不高兴的只有 Ka-Shu。</w:t>
      </w:r>
    </w:p>
    <w:p>
      <w:pPr>
        <w:spacing w:before="40" w:after="40"/>
        <w:ind w:left="720"/>
      </w:pPr>
      <w:r>
        <w:rPr>
          <w:rFonts w:ascii="Consolas" w:hAnsi="Consolas"/>
          <w:sz w:val="18"/>
        </w:rPr>
      </w:r>
    </w:p>
    <w:p>
      <w:pPr>
        <w:spacing w:before="40" w:after="40"/>
        <w:ind w:left="720"/>
      </w:pPr>
      <w:r>
        <w:rPr>
          <w:rFonts w:ascii="Consolas" w:hAnsi="Consolas"/>
          <w:sz w:val="18"/>
        </w:rPr>
        <w:t>如果你只移走围栏 13 中的动物，Ka-Shu 将高兴，因为有一个他害怕的动物被移走了，Alex, Polly, Chaitanya 和 Hwan 也会高兴，因为他们都可以看到至少一个他们喜欢的动物。所以有 5 个小朋友会高兴。这种方法使得了最多的小朋友高兴。</w:t>
      </w:r>
    </w:p>
    <w:p>
      <w:pPr>
        <w:spacing w:before="40" w:after="40"/>
        <w:ind w:left="720"/>
      </w:pPr>
      <w:r>
        <w:rPr>
          <w:rFonts w:ascii="Consolas" w:hAnsi="Consolas"/>
          <w:sz w:val="18"/>
        </w:rPr>
      </w:r>
    </w:p>
    <w:p>
      <w:pPr>
        <w:spacing w:before="40" w:after="40"/>
        <w:ind w:left="864"/>
      </w:pPr>
      <w:r>
        <w:rPr>
          <w:rFonts w:ascii="Consolas" w:hAnsi="Consolas"/>
          <w:sz w:val="18"/>
        </w:rPr>
        <w:t xml:space="preserve"> </w:t>
      </w:r>
    </w:p>
    <w:p>
      <w:r>
        <w:t>图片 1:</w:t>
      </w:r>
    </w:p>
    <w:p>
      <w:r>
        <w:drawing>
          <wp:inline xmlns:a="http://schemas.openxmlformats.org/drawingml/2006/main" xmlns:pic="http://schemas.openxmlformats.org/drawingml/2006/picture">
            <wp:extent cx="4572000" cy="4441164"/>
            <wp:docPr id="1" name="Picture 1"/>
            <wp:cNvGraphicFramePr>
              <a:graphicFrameLocks noChangeAspect="1"/>
            </wp:cNvGraphicFramePr>
            <a:graphic>
              <a:graphicData uri="http://schemas.openxmlformats.org/drawingml/2006/picture">
                <pic:pic>
                  <pic:nvPicPr>
                    <pic:cNvPr id="0" name="tmpr31c4u79.jpg"/>
                    <pic:cNvPicPr/>
                  </pic:nvPicPr>
                  <pic:blipFill>
                    <a:blip r:embed="rId9"/>
                    <a:stretch>
                      <a:fillRect/>
                    </a:stretch>
                  </pic:blipFill>
                  <pic:spPr>
                    <a:xfrm>
                      <a:off x="0" y="0"/>
                      <a:ext cx="4572000" cy="4441164"/>
                    </a:xfrm>
                    <a:prstGeom prst="rect"/>
                  </pic:spPr>
                </pic:pic>
              </a:graphicData>
            </a:graphic>
          </wp:inline>
        </w:drawing>
      </w:r>
    </w:p>
    <w:p>
      <w:r>
        <w:t>图片 2:</w:t>
      </w:r>
    </w:p>
    <w:p>
      <w:r>
        <w:drawing>
          <wp:inline xmlns:a="http://schemas.openxmlformats.org/drawingml/2006/main" xmlns:pic="http://schemas.openxmlformats.org/drawingml/2006/picture">
            <wp:extent cx="4572000" cy="3798374"/>
            <wp:docPr id="2" name="Picture 2"/>
            <wp:cNvGraphicFramePr>
              <a:graphicFrameLocks noChangeAspect="1"/>
            </wp:cNvGraphicFramePr>
            <a:graphic>
              <a:graphicData uri="http://schemas.openxmlformats.org/drawingml/2006/picture">
                <pic:pic>
                  <pic:nvPicPr>
                    <pic:cNvPr id="0" name="tmpw6gfk3lq.jpg"/>
                    <pic:cNvPicPr/>
                  </pic:nvPicPr>
                  <pic:blipFill>
                    <a:blip r:embed="rId10"/>
                    <a:stretch>
                      <a:fillRect/>
                    </a:stretch>
                  </pic:blipFill>
                  <pic:spPr>
                    <a:xfrm>
                      <a:off x="0" y="0"/>
                      <a:ext cx="4572000" cy="3798374"/>
                    </a:xfrm>
                    <a:prstGeom prst="rect"/>
                  </pic:spPr>
                </pic:pic>
              </a:graphicData>
            </a:graphic>
          </wp:inline>
        </w:drawing>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输入的第一行包含两个整数 N，C，用空格分隔。</w:t>
      </w:r>
    </w:p>
    <w:p>
      <w:pPr>
        <w:spacing w:before="40" w:after="40"/>
        <w:ind w:left="720"/>
      </w:pPr>
      <w:r>
        <w:rPr>
          <w:rFonts w:ascii="Consolas" w:hAnsi="Consolas"/>
          <w:sz w:val="18"/>
        </w:rPr>
        <w:t>N 是围栏数（10 ≤ N ≤ 10^4），C 是小朋友的个数（1 ≤ C ≤ 5× 10^4）。</w:t>
      </w:r>
    </w:p>
    <w:p>
      <w:pPr>
        <w:spacing w:before="40" w:after="40"/>
        <w:ind w:left="720"/>
      </w:pPr>
      <w:r>
        <w:rPr>
          <w:rFonts w:ascii="Consolas" w:hAnsi="Consolas"/>
          <w:sz w:val="18"/>
        </w:rPr>
        <w:t>围栏按照顺时针的方向编号为 1,2,3,·s,N。</w:t>
      </w:r>
    </w:p>
    <w:p>
      <w:pPr>
        <w:spacing w:before="40" w:after="40"/>
        <w:ind w:left="720"/>
      </w:pPr>
      <w:r>
        <w:rPr>
          <w:rFonts w:ascii="Consolas" w:hAnsi="Consolas"/>
          <w:sz w:val="18"/>
        </w:rPr>
        <w:t xml:space="preserve">接下来的 C 行，每行描述一个小朋友的信息，以下面的形式给出： E, F, L ,X_1, X_2 ,·s ,X_F ,Y_1 ,Y_2 ,·s ,Y_L。 </w:t>
      </w:r>
    </w:p>
    <w:p>
      <w:pPr>
        <w:spacing w:before="40" w:after="40"/>
        <w:ind w:left="720"/>
      </w:pPr>
      <w:r>
        <w:rPr>
          <w:rFonts w:ascii="Consolas" w:hAnsi="Consolas"/>
          <w:sz w:val="18"/>
        </w:rPr>
        <w:t>其中： E 表示这个小朋友可以看到的第一个围栏的编号（1 ≤ E ≤ N），换句话说，该小朋友可以看到的围栏为 E， E+1， E+2， E+3， E+4。</w:t>
      </w:r>
    </w:p>
    <w:p>
      <w:pPr>
        <w:spacing w:before="40" w:after="40"/>
        <w:ind w:left="720"/>
      </w:pPr>
      <w:r>
        <w:rPr>
          <w:rFonts w:ascii="Consolas" w:hAnsi="Consolas"/>
          <w:sz w:val="18"/>
        </w:rPr>
        <w:t>注意，如果编号超过 N 将继续从 1 开始算。</w:t>
      </w:r>
    </w:p>
    <w:p>
      <w:pPr>
        <w:spacing w:before="40" w:after="40"/>
        <w:ind w:left="720"/>
      </w:pPr>
      <w:r>
        <w:rPr>
          <w:rFonts w:ascii="Consolas" w:hAnsi="Consolas"/>
          <w:sz w:val="18"/>
        </w:rPr>
        <w:t>如：当 N=14， E=13 时，这个小朋友可以看到的围栏为 13,14,1, 2 和 3。</w:t>
      </w:r>
    </w:p>
    <w:p>
      <w:pPr>
        <w:spacing w:before="40" w:after="40"/>
        <w:ind w:left="720"/>
      </w:pPr>
      <w:r>
        <w:rPr>
          <w:rFonts w:ascii="Consolas" w:hAnsi="Consolas"/>
          <w:sz w:val="18"/>
        </w:rPr>
        <w:t>F 表示该小朋友害怕的动物数。</w:t>
      </w:r>
    </w:p>
    <w:p>
      <w:pPr>
        <w:spacing w:before="40" w:after="40"/>
        <w:ind w:left="720"/>
      </w:pPr>
      <w:r>
        <w:rPr>
          <w:rFonts w:ascii="Consolas" w:hAnsi="Consolas"/>
          <w:sz w:val="18"/>
        </w:rPr>
        <w:t>L 表示该小朋友喜欢的动物数。</w:t>
      </w:r>
    </w:p>
    <w:p>
      <w:pPr>
        <w:spacing w:before="40" w:after="40"/>
        <w:ind w:left="720"/>
      </w:pPr>
      <w:r>
        <w:rPr>
          <w:rFonts w:ascii="Consolas" w:hAnsi="Consolas"/>
          <w:sz w:val="18"/>
        </w:rPr>
        <w:t>围栏 X_1, X_2, ·s, X_F 中包含该小朋友害怕的动物。</w:t>
      </w:r>
    </w:p>
    <w:p>
      <w:pPr>
        <w:spacing w:before="40" w:after="40"/>
        <w:ind w:left="720"/>
      </w:pPr>
      <w:r>
        <w:rPr>
          <w:rFonts w:ascii="Consolas" w:hAnsi="Consolas"/>
          <w:sz w:val="18"/>
        </w:rPr>
        <w:t xml:space="preserve">围栏 Y_1, Y_2, ·s, Y_L 中包含该小朋友喜欢的动物。 </w:t>
      </w:r>
    </w:p>
    <w:p>
      <w:pPr>
        <w:spacing w:before="40" w:after="40"/>
        <w:ind w:left="720"/>
      </w:pPr>
      <w:r>
        <w:rPr>
          <w:rFonts w:ascii="Consolas" w:hAnsi="Consolas"/>
          <w:sz w:val="18"/>
        </w:rPr>
        <w:t>X_1, X_2, ·s, X_F, Y_1, Y_2, ·s, Y_L 是两两不同的整数，而且所表示的围栏都是该小朋友可以看到的。</w:t>
      </w:r>
    </w:p>
    <w:p>
      <w:pPr>
        <w:spacing w:before="40" w:after="40"/>
        <w:ind w:left="720"/>
      </w:pPr>
      <w:r>
        <w:rPr>
          <w:rFonts w:ascii="Consolas" w:hAnsi="Consolas"/>
          <w:sz w:val="18"/>
        </w:rPr>
        <w:t>小朋友已经按照他们可以看到的第一个围栏的编号从小到大的顺序排好了（这样最小的 E 对应的小朋友排在第一个，最大的 E 对应的小朋友排在最后一个）。</w:t>
      </w:r>
    </w:p>
    <w:p>
      <w:pPr>
        <w:spacing w:before="40" w:after="40"/>
        <w:ind w:left="720"/>
      </w:pPr>
      <w:r>
        <w:rPr>
          <w:rFonts w:ascii="Consolas" w:hAnsi="Consolas"/>
          <w:sz w:val="18"/>
        </w:rPr>
        <w:t>注意可能有多于一个小朋友对应的 E 是相同的。</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仅输出一个数，表示最多可以让多少个小朋友高兴。</w:t>
      </w:r>
    </w:p>
    <w:p>
      <w:pPr>
        <w:spacing w:before="40" w:after="40"/>
        <w:ind w:left="864"/>
      </w:pPr>
      <w:r>
        <w:rPr>
          <w:rFonts w:ascii="Consolas" w:hAnsi="Consolas"/>
          <w:sz w:val="18"/>
        </w:rPr>
        <w:t xml:space="preserve"> </w:t>
      </w:r>
    </w:p>
    <w:p>
      <w:pPr>
        <w:pStyle w:val="Heading1"/>
      </w:pPr>
      <w:r>
        <w:t>提示</w:t>
      </w:r>
    </w:p>
    <w:p>
      <w:pPr>
        <w:spacing w:before="40" w:after="40"/>
        <w:ind w:left="720"/>
      </w:pPr>
      <w:r>
        <w:rPr>
          <w:rFonts w:ascii="Consolas" w:hAnsi="Consolas"/>
          <w:sz w:val="18"/>
        </w:rPr>
      </w:r>
    </w:p>
    <w:p>
      <w:pPr>
        <w:spacing w:before="40" w:after="40"/>
        <w:ind w:left="720"/>
      </w:pPr>
      <w:r>
        <w:rPr>
          <w:rFonts w:ascii="Consolas" w:hAnsi="Consolas"/>
          <w:sz w:val="18"/>
        </w:rPr>
        <w:t>数据范围</w:t>
      </w:r>
    </w:p>
    <w:p>
      <w:pPr>
        <w:spacing w:before="40" w:after="40"/>
        <w:ind w:left="720"/>
      </w:pPr>
      <w:r>
        <w:rPr>
          <w:rFonts w:ascii="Consolas" w:hAnsi="Consolas"/>
          <w:sz w:val="18"/>
        </w:rPr>
        <w:t>对于 100% 的数据，10 ≤ N ≤ 10^4，1 ≤ C ≤ 5× 10^4，1 ≤ E ≤ N。</w:t>
      </w:r>
    </w:p>
    <w:p>
      <w:pPr>
        <w:spacing w:before="40" w:after="40"/>
        <w:ind w:left="720"/>
      </w:pPr>
      <w:r>
        <w:rPr>
          <w:rFonts w:ascii="Consolas" w:hAnsi="Consolas"/>
          <w:sz w:val="18"/>
        </w:rPr>
        <w:t>样例说明</w:t>
      </w:r>
    </w:p>
    <w:p>
      <w:pPr>
        <w:spacing w:before="40" w:after="40"/>
        <w:ind w:left="720"/>
      </w:pPr>
      <w:r>
        <w:rPr>
          <w:rFonts w:ascii="Consolas" w:hAnsi="Consolas"/>
          <w:sz w:val="18"/>
        </w:rPr>
        <w:t>第一个样例是题目描述中的例子，所有的 C=5 个小朋友都能高兴。</w:t>
      </w:r>
    </w:p>
    <w:p>
      <w:pPr>
        <w:spacing w:before="40" w:after="40"/>
        <w:ind w:left="720"/>
      </w:pPr>
      <w:r>
        <w:rPr>
          <w:rFonts w:ascii="Consolas" w:hAnsi="Consolas"/>
          <w:sz w:val="18"/>
        </w:rPr>
      </w:r>
    </w:p>
    <w:p>
      <w:pPr>
        <w:spacing w:before="40" w:after="40"/>
        <w:ind w:left="720"/>
      </w:pPr>
      <w:r>
        <w:rPr>
          <w:rFonts w:ascii="Consolas" w:hAnsi="Consolas"/>
          <w:sz w:val="18"/>
        </w:rPr>
        <w:t>第二个样例是一个不能使得所有 C=7 个小朋友都高兴的例子。</w:t>
      </w:r>
    </w:p>
    <w:p>
      <w:pPr>
        <w:spacing w:before="40" w:after="40"/>
        <w:ind w:left="720"/>
      </w:pPr>
      <w:r>
        <w:rPr>
          <w:rFonts w:ascii="Consolas" w:hAnsi="Consolas"/>
          <w:sz w:val="18"/>
        </w:rPr>
      </w:r>
    </w:p>
    <w:p>
      <w:pPr>
        <w:spacing w:before="40" w:after="40"/>
        <w:ind w:left="720"/>
      </w:pPr>
      <w:r>
        <w:rPr>
          <w:rFonts w:ascii="Consolas" w:hAnsi="Consolas"/>
          <w:sz w:val="18"/>
        </w:rPr>
      </w:r>
    </w:p>
    <w:p>
      <w:pPr>
        <w:spacing w:before="40" w:after="40"/>
        <w:ind w:left="720"/>
      </w:pPr>
      <w:r>
        <w:rPr>
          <w:rFonts w:ascii="Consolas" w:hAnsi="Consolas"/>
          <w:sz w:val="18"/>
        </w:rP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