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3116: 雪糕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3116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23年泰州市赛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你正在⼀个雪糕店⾥，这⾥的雪糕种类繁多，有各种口味、各种大小和价格的雪糕。你发现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这里的雪糕都非常好吃，于是你决定买尽可能多的雪糕，好好地享受⼀下这里的美食。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于是你拿起手机，扫桌子上的点餐码开始小程序点单。你看到了⼀组价格 prices ，其中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prices[i] 表示第 i 支雪糕的现金价格。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你拥有 x 元现金可以用于消费，现在你需要计算并返回你能够买到的雪糕的最大数量。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第⼀行包含两个整数 n和 x， n代表 prices 数组的⻓度，x 代表你持有的现金数；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个整数，代表 prices 数组的元素即对应的雪糕价格，以空格隔开。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一行，包含⼀个整数，代表能够购买的最多的雪糕数量。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【样例1解释】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prices = [1,3,2,4,1], x = 7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你可以买下标为0、1、2、4的雪糕，总价为1 + 3 + 2 + 1 = 7元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【样例2解释】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你携带的的钱不够买任何雪糕。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≤q n ≤q 10^5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≤q 每个雪糕的价格 ≤q 10^5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≤q x ≤q 10^8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