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3092: 数字游戏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中山市第三届小学生信息学邀请赛试题T5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Alice 的父亲是一个伟大的数学家，他很喜欢和 Alice 一起玩数学游戏，这次他写下一系列的数，告诉 Alice 可以进行以下操作：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选择序列中的任意两个数 A 和 B ，再选择一个能整除 A 的素数 X ，然后用 A/X 替代 A，用 B× X 替代 B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上述操作可以进行任意次，最终得分为数列中所有数的最大公约数。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请你帮助 Alice 获得最大得分。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第一行包含一个整数 N ( 1 ≤ N ≤ 100 )，表示数列中元素个数。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个不超过 1000000 正整数，表述数列初始情况。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输出一个整数，表示最大得分。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选择 4 作为 A，1 作为 B，2 作为 X,进行一次操作变成 ( 4,2,2 )，最大公约数为 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第一次选择 A=8,B=9,X=2 ，序列变成 ( 4,24,18 )。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第二次选择 A=18,B=4,X=3 ，序列变成 ( 12,24,6)。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第三次选择 A=24,B=6,X=2，序列变成 ( 12,12,12 )，最大公约数为 12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第一次选择 A=4,B=5,X=2，序列变成 ( 2,10,6,7,8 )。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第二次选择 A=8,B=7,X=2 ，序列变成 ( 2,10,6,14,4 )，最大公约数为 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