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3071: 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2017中山市第九届小学生信息学竞赛试题 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N 个整数的数列 A 中选出所有在 [X,Y] 范围内的数（即 X ≤ A[i] ≤ Y），选出的数去掉它们当中的最大值和最小值，算它们的和。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第一行，X、Y，N。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个数，描述 A 序列。相邻两个数有一个空格。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提示】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符合 1 ∼ 50 的范围有：12，46，48，50，50。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去掉最小值 12 和两个最大值 50 ，剩下 46 和 48 ，所以和为 94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提示】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符合 10 ∼ 15 的范围有：10，13，12，13，14，11，10。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去掉两个最小值 10 和一个最大值 14，剩下13，12，13，11，所以和为 49。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30% 数据中，1 ≤ N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70% 的数据中，1 ≤ N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的数据中，1 ≤ N ≤ 1000，0 ≤ A[i] ≤ 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