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3068: 切蛋糕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2016中山市第八届小学生信息学竞赛试题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小明今天生日，邀请了一些朋友过来开生日会。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妈妈专门去买了一个大蛋糕，蛋糕为一个 n × m的矩形，现在想把这个蛋糕分成 1 × 2 的小块，并且要求必须是完整的小块，不能拼接。问一共能分多少块？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2938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qcsr6h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93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一行，两个正整数 n,m。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 x ，表示最多能分多少块。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50% 数据 0 &lt; n,m &lt;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数据 0 &lt; n,m &lt;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