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3034: 夺宝奇兵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Tarjan缩点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在一个由 N 个城堡和 M 条有向道路构成的迷宫中，每个城堡都存有一定数量的宝石。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乘坐直升机，可以空降到任何一个地点，他可以从这个地点出发，沿着有向道路行走（可以重复的经过某个城堡，也可以重复的走某条道路），请问他最多能收集多少颗宝石？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行有两个正整数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个空格隔开的整数，其中第 i 个整数 A_i，表示第 i 个城堡中宝石的数量。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行，每行有两个整数 X_i,Y_i 表示 X_i 到 Y_i 之间有一条有向道路。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 A 最多能收集到的宝石数量。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N,M ≤ 10^5，0 ≤ A_i ≤ 10^3，1 ≤ X_i,Y_i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