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2989: 幸运数字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2989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循环函数问题省赛月赛2023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660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东方博宜OJ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如果一个十进制数字从左到右读时，所有数位都是从小到大严格递增的，我们就称它为幸运数字。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7、36、237都是幸运数字；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33、60、264不是幸运数字。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对于给定的 a 和 b,请你求出 a,a+1,a+2,...,b 中幸运数字的数量。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输入一行空格分隔的两个整数 a 和 b。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输出一行一个整数，代表 a,a+1,a+2,...,b 中幸运数字的数量。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的数据，满足 1 ≤q a ≤q b ≤q 1,000,000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