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2986: 解密（decode）[CSP-J 2022]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2986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csp-j数学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761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csp-j 2022 T2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给定一个正整数 k，有 k 次询问，每次给定三个正整数 n_i, e_i, d_i，求两个正整数 p_i, q_i，使 n_i = p_i × q_i、e_i × d_i = (p_i - 1)(q_i - 1) + 1。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第一行一个正整数 k，表示有 k 次询问。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k 行，第 i 行三个正整数 n_i, d_i, e_i。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k 行，每行两个正整数 p_i, q_i 表示答案。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为使输出统一，你应当保证 p_i ≤q q_i。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如果无解，请输出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770 77 5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633 1 211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545 1 499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683 3 227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858 3 257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723 37 13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572 26 11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867 17 17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829 3 263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528 4 109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2 385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11 78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3 241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2 286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6 88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#2】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见附件中的 decode/decode2.in 与 decode/decode2.ans。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#3】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见附件中的 decode/decode3.in 与 decode/decode3.ans。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#4】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见附件中的 decode/decode4.in 与 decode/decode4.ans。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以下记 m = n - e × d + 2。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保证对于 100% 的数据，1 ≤q k ≤q {10}^5，对于任意的 1 ≤q i ≤q k，1 ≤q n_i ≤q {10}^{18}，1 ≤q e_i × d_i ≤q {10}^{18}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，1 ≤q m ≤q {10}^9。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测试点编号k ≤qn ≤qm ≤q特殊性质110^310^310^3保证有解210^310^310^3无310^310^96× 10^4保证有解410^310^96× 10^4无510^310^910^9保证有解610^310^910^9无710^510^{18}10^9保证若有解则 p=q810^510^{18}10^9保证有解910^510^{18}10^9无1010^510^{18}10^9无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附件下载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5328"/>
      </w:pPr>
      <w:r>
        <w:rPr>
          <w:rFonts w:ascii="Consolas" w:hAnsi="Consolas"/>
          <w:sz w:val="18"/>
        </w:rPr>
        <w:t xml:space="preserve">                                decode.zip                            </w:t>
      </w:r>
    </w:p>
    <w:p>
      <w:pPr>
        <w:spacing w:before="40" w:after="40"/>
        <w:ind w:left="4752"/>
      </w:pPr>
      <w:r>
        <w:rPr>
          <w:rFonts w:ascii="Consolas" w:hAnsi="Consolas"/>
          <w:sz w:val="18"/>
        </w:rPr>
        <w:t xml:space="preserve">                            (1.74 KB)</w:t>
      </w:r>
    </w:p>
    <w:p>
      <w:pPr>
        <w:spacing w:before="40" w:after="40"/>
        <w:ind w:left="4176"/>
      </w:pPr>
      <w:r>
        <w:rPr>
          <w:rFonts w:ascii="Consolas" w:hAnsi="Consolas"/>
          <w:sz w:val="18"/>
        </w:rPr>
        <w:t xml:space="preserve">                     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