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2985: 乘方 [CSP-J 2022]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2022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小文同学刚刚接触了信息学竞赛，有一天她遇到了这样一个题：给定正整数 a 和 b，求 a^b 的值是多少。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a^b 即 b 个 a 相乘的值，例如 2^3 即为 3 个 2 相乘，结果为 2 × 2 × 2 =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“简单！”小文心想，同时很快就写出了一份程序，可是测试时却出现了错误。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小文很快意识到，她的程序里的变量都是 int 类型的。在大多数机器上，int 类型能表示的最大数为 2^{31} - 1，因此只要计算结果超过这个数，她的程序就会出现错误。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由于小文刚刚学会编程，她担心使用 int 计算会出现问题。因此她希望你在 a^b 的值超过 {10}^9 时，输出一个 -1 进行警示，否则就输出正确的 a^b 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然而小文还是不知道怎么实现这份程序，因此她想请你帮忙。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输入共一行，两个正整数 a,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输出共一行，如果 a^b 的值不超过 {10}^9，则输出 a^b 的值，否则输出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10 % 的数据，保证 b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30 % 的数据，保证 b ≤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60 % 的数据，保证 b ≤ 30，a^b ≤ {10}^{18}。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的数据，保证 1 ≤ a, b ≤ {10}^9。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