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2875: 平衡树的操作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2875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平衡树treap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tyvj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请编写一种数据结构，来维护一些数，其中需要提供以下操作：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插入值为 x 的数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删除值为 x 的数(若有多个相同的数，因只删除一个)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查询值为 x 数的排名(排名定义为比当前数小的数的个数 +1 )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查询排名为 x 的数的值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求值为 x 的前驱(前驱定义为小于 x，且最大的数)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求值为 x 的后继(后继定义为大于 x，且最小的数)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 n，表示操作的个数；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下面 n 行每行有两个数 opt 和 x，opt 表示操作的序号(  1 ≤q opt ≤q 6  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本题输入数据保证待查询的数据一定是存在的。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对于操作 3,4,5,6 每行输出一个数，表示对应答案。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1 106465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1 317721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1 460929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1 644985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1 84185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1 89851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6 81968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1 492737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5 493598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106465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84185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492737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 n ≤ 10^5，|x| ≤ 10^7。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