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2845: 自动灌溉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离散化前缀和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农场的有一个用于科学研究的大棚，大棚内有一条笔直的直线，直线的每个整数位置上都种植了一株科研植物，整数位置的范围为 [0,10^9]。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大棚内设有一个自动灌溉机，会根据各植物检测到的特征数据，对特定位置的植物进行灌溉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现从计算机中调取了某一天 N 次灌溉记录。第 i 条灌溉记录有两个数据 P_i 和 X_i，代表为位于 P_i 位置的植物，灌溉了 X_i 毫升的水。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针对当天的灌溉记录有 M 次询问，第 j 条询问需要计算一个区间 [L_j,R_j] 当天的总灌溉量。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 M 次询问，每次的询问结果。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2 个整数 N 和 M；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行，每行读入 2 个整数 P 和 X；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行，每行读入 2 个整数 L 和 R；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行，每行一个整数，代表每次询问的结果。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N,M ≤ 10^5，0 ≤ P ≤ 10^9，1 ≤ X ≤ 10^4，0 ≤ L ≤ R ≤ 10^9；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