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2838: 货币系统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国的货币系统有 N 种各类面额的货币；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现要构建总面额为 V ，各类面额的货币可以任意选用，请问有多少种不同的方法来构建该面额的货币。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1 2 5 三种面额的货币各若干张，要构建总面额为 18 的货币，可以选择：18 张面额为 1 元的货币，或者选择 9 张面额为 2 元的货币，或者选择 3 张面额为 5 元的货币 + 1 张面额为 2 元的货币 + 1 张面额为 1 元的货币，等方案。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 2 个整数 N 和 V。（1 ≤ N ≤ 25，1 ≤ V ≤ 10000）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行有空格隔开的 N 个整数，代表货币系统可以提供的货币面额。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输出一个整数，代表可以构建出总额为 V 的货币组成的方案数。（方案数在 64 位有符号整数的范围内）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