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2835: 最长路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2835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东方博宜OJ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一张无向图有 N 个点（编号为 1 ∼ N ），M 条边，且保证任意两个点之间最多只有一条边。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请编程求解出，该图中从任意点出发，可以走出的最长路的长度是多少？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请注意：在图的遍历过程中，不会重复访问同一个点。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 2 个整数 N 和 M；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行，每行有 3 个整数 X,Y,L，代表点 X 和点 Y 之间，存在一条长度为 L 的无向边。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输出一个整数，代表图中存在的最长路。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3 4 30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4 1 40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2 4 60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从点 2 出发，先去点 4 ，再从点 4 去点 1，再从点 1 去点 3，路径长度=60+40+50=150。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 ≤ 1000，1 ≤ M ≤ 250，1 ≤ X,Y ≤ N，X ≠ Y，1 ≤ L ≤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