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2806: 坏掉的项链 Broken Necklace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2806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USACO字符串dp搜索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Training Section 1.1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你有一条由 n 个红色的，白色的，或蓝色的珠子组成的项链，珠子是随意安排的。 这里是 n=29 的两个例子: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第一和第二个珠子在图片中已经被作记号。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图片 A 中的项链可以用下面的字符串表示：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brbrrrbbbrrrrrbrrbbrbbbbrrrrb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假如你要在一些点打破项链，展开成一条直线，然后从一端开始收集同颜色的珠子直到你遇到一个不同的颜色珠子，在另一端做同样的事(颜色可能与在这之前收集的不同)。 确定应该在哪里打破项链来收集到最大数目的珠子。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例如，在图片 A 中的项链中，在珠子 9 和珠子 10 或珠子 24 和珠子 25 之间打断项链可以收集到 8 个珠子。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在一些项链中还包括白色的珠子(如图片B) 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当收集珠子的时候，一个被遇到的白色珠子可以被当做红色也可以被当做蓝色。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表现含有白珠项链的字符串将会包括三个符号 r，b，w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写一个程序来确定从一条被给出的项链可以收集到的珠子最大数目。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4871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kt0_2li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4871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 n ，表示珠子数目。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第二行一串长度为 n 的字符串, 每个字符是 r ， b 或 w。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输出一行一个整数，表示从给出的项链中可以收集到的珠子的最大数量。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29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wwwbbrwrbrbrrbrbrwrwwrbwrwrrb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的数据，3≤ n ≤ 350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