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2660: 最大公约数和最小公倍数问题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2660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NOIP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578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NOIP 2001 普及组第二题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输入两个正整数 x_0, y_0，求出满足下列条件的 P, Q 的个数：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P,Q 是正整数。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要求 P, Q 以 x_0 为最大公约数，以 y_0 为最小公倍数。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试求：满足条件的所有可能的 P, Q 的个数。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一行两个正整数 x_0, y_0。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一行一个数，表示求出满足条件的 P, Q 的个数。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3 60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4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P,Q 有 4 种：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3, 60。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15, 12。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12, 15。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60, 3。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的数据，2 ≤ x_0, y_0 ≤ {10}^5。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【题目来源】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NOIP 2001 普及组第二题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