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2576: 青蛙的约会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两只青蛙在网上相识了，它们聊得很开心，于是觉得很有必要见一面。它们很高兴地发现它们住在同一条纬度线上，于是它们约定各自朝西跳，直到碰面为止。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可是它们出发之前忘记了一件很重要的事情，既没有问清楚对方的特征，也没有约定见面的具体位置。不过青蛙们都是很乐观的，它们觉得只要一直朝着某个方向跳下去，总能碰到对方的。但是除非这两只青蛙在同一时间跳到同一点上，不然是永远都不可能碰面的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为了帮助这两只乐观的青蛙，你被要求写一个程序来判断这两只青蛙是否能够碰面，会在什么时候碰面。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我们把这两只青蛙分别叫做青蛙 A 和青蛙 B ，并且规定纬度线上东经 0 度处为原点，由东往西为正方向，单位长度 1 米，这样我们就得到了一条首尾相接的数轴。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设青蛙 A 的出发点坐标是 x ，青蛙 B 的出发点坐标是 y 。青蛙 A 一次能跳 m 米，青蛙 B 一次能跳 n 米，两只青蛙跳一次所花费的时间相同。纬度线总长 L 米。现在要你求出它们跳了几次以后才会碰面。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输入只包括一行 5 个整数 x,y,m,n,L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输出碰面所需要的跳跃次数，如果永远不可能碰面则输出一行 Impossible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1 2 3 4 5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数据范围与提示：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x ≠ y ≤ 2 × 10^{9}，1 ≤ m, n ≤ 2 × 10^{9}，1 ≤ L ≤ 2.1 × 10^{9}。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