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2575: 序列的第k个数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根据等差数列和等比数列的性质，当已知前三项时，就可以知道是等差数列还是等比数列。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现在给出序列的前三项，这个序列要么是等差序列，要么是等比序列（如果是等比数列，比值是整数），你能求出第 k 项的值吗。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如果第 k 项的值太大，对 200907 取模。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第一行一个整数 T，表示有 T 组测试数据；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对于每组测试数据，输入前三项 a,b,c，然后输入 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对于每组数据输出第 k 项的值，对 200907 取模。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1 2 4 5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【样例解释】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第一组是等差序列，第二组是等比数列。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【数据范围与提示】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对于全部数据，1≤T≤100,1≤a≤b≤c≤109,1≤k≤109。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