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2573: 字母的排列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2573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排列组合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基础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99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/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给定 n 个小写字母，字母中有重复的元素，请按字典码从小到大的顺序，输出这些字母的所有不重复的排列。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第 1 行输入一个整数 n 代表小写字母的数量。（1 ≤ n ≤ 500）。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 2 行输入 n 个小写字母。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输出若干行，按字典码的顺序输出读入 n 个字母的所有不重复排列。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最后 1 行输出排列的方案数。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4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aacc</w:t>
      </w:r>
    </w:p>
    <w:p>
      <w:pPr>
        <w:pStyle w:val="Heading1"/>
      </w:pPr>
      <w:r>
        <w:t>样例输出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aacc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acac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acca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caac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caca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ccaa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6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