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2571: 数位统计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数位DP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给定一个区间[L , R]，求从 L 开始到 R 结束，数字 0 - 9 分别出现了多少次。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比如：区间[1,10]中，数字 0 - 9 分别出现的次数为：1 2 1 1 1 1 1 1 1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L , R 表示求解的区间范围。(1 ≤ L ≤ R ≤ 109)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10 个整数，用空格隔开，分别代表了在该区间中数字 0 到数字 9 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1 2 1 1 1 1 1 1 1 1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