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2560: 骑士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压状DP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SCOI2005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n × n (1 ≤ n ≤ 10) 的棋盘上放 k（0 ≤ k≤ n × n） 个国王（可攻击相邻的 8 个格子），求使它们无法互相攻击的方案总数。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输入文件仅一行为两个整数 n 和 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输出文件仅一行为方案总数，若不能够放置则输出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