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2558: 数字游戏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2558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数位DP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科协里最近很流行数字游戏。某人命名了一种不降数，这种数字必须满足从左到右各位数字成小于等于的关系，如 123，446。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现在大家决定玩一个游戏，指定一个整数闭区间 [a,b]，问这个区间内有多少个不降数。有多组测试数据。每组只含两个数字 a,b，意义如题目描述。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有多组测试数据。每组只含两个数字 a,b，意义如题目描述。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每行给出一个测试数据的答案，即 [a,b] 之间有多少不降数。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1 19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18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对于全部数据，1≤a≤b≤231−1。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