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2551: 奶牛排队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单调栈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Bob 的农场养了 n 头奶牛，每天奶牛们都要经历漫长的排队打饭的过程。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为了排解长时间排队带来的焦虑，Bob 让他的奶牛们玩一个游戏，让每头奶牛找出他的左侧第 1 头比自己体重轻的奶牛。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请你编程帮助 Bob 计算出答案，方便他验证奶牛们计算的正确性。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n，表示奶牛的数量。（1 &lt; n ≤ 10^6）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行有空格隔开的 n 个整数 a_i，代表奶牛的体重（1 ≤ a_i ≤ 10^5）。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个整数，用空格隔开，表示每头奶牛左侧第 1 头体重小于自己的奶牛的体重，如果某头奶牛左侧没有比自己轻的奶牛，请输出整数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50 80 100 90 70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0 50 80 80 50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