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2538: 冷饮店选址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炎热的夏天到了，Bob 准备在小镇上开一家冷饮店，开店选址是一门大学问，为了让自己的店火爆起来，Bob 要精心选择自己的开店地址。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小镇的道路规划是横平竖直的。如果将小镇想象成坐标轴，小镇中任意两个房子 (x_1,y_1) 和 (x_2,y_2) 之间的距离，可以直接用曼哈顿距离来计算，也就是 = |x_1-x_2| + |y_1-y_2|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现在已经统计到了小镇上所有住户房子的坐标值，请你帮 Bob 选一下冷饮店的地址，使得该点到所有住户房子的距离和最小。（请注意：允许选到的开冷饮店的位置，是某住户房子的位置，也允许选到开冷饮电的位置，不是某住户房子的位置）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第1行输入一个整数 n ，代表了小镇有n个住户。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2 个整数 x 和 y，表示小镇中某个住户的房子的坐标值。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Bob 的冷饮店，到所有住户的房子距离和的最小值。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|x| 表示求 x 的绝对值，如果 x 是非负整数，则 x 的绝对值是自己，如果 x 是否负整数，则 x 的绝对值为相反数。比如，|2|=2，|-2|=2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将Bob的冷饮店建在坐标 2,2 处，可以使得该点到所有住户距离的和最小。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的数据，满足 1 ≤ n ≤ 100，房子的坐标 x,y 满足 -200 ≤ x,y ≤ 200。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 ≤ 10000，房子的坐标 x,y 满足 -10000 ≤ x,y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